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9746F" w14:textId="14C9030B" w:rsidR="0067247D" w:rsidRDefault="006C0D38">
      <w:r>
        <w:t>12.02.2026</w:t>
      </w:r>
    </w:p>
    <w:p w14:paraId="08746DD1" w14:textId="77777777" w:rsidR="0067247D" w:rsidRDefault="0067247D"/>
    <w:p w14:paraId="75A593D6" w14:textId="77777777" w:rsidR="0067247D" w:rsidRDefault="00EB3D05">
      <w:r>
        <w:t>Dear Editorial Team,</w:t>
      </w:r>
    </w:p>
    <w:p w14:paraId="6C257051" w14:textId="77777777" w:rsidR="0067247D" w:rsidRDefault="0067247D"/>
    <w:p w14:paraId="71832832" w14:textId="77777777" w:rsidR="00C41BAE" w:rsidRDefault="00EB3D05" w:rsidP="00C41BAE">
      <w:pPr>
        <w:jc w:val="both"/>
        <w:rPr>
          <w:lang w:val="ru-RU"/>
        </w:rPr>
      </w:pPr>
      <w:r>
        <w:t>First and foremost, we would like to express our sincere gratitude for granting us an extension for the submission of our manuscript entitled “</w:t>
      </w:r>
      <w:r w:rsidR="006C0D38">
        <w:t>Analysis of the current state, challenges and prevention of unlawful activities in the real estate sector in the Republic of Serbia</w:t>
      </w:r>
      <w:r>
        <w:t>.” The additional time has allowed us to incorporate the most recent data, specifically the 2025 Corruption Perceptions Index for Serbia. We consider this update to be an essential element for a comprehensive and accurate understanding of unlawful activities addressed in the</w:t>
      </w:r>
      <w:r w:rsidR="00C41BAE" w:rsidRPr="00C41BAE">
        <w:rPr>
          <w:lang w:val="en-GB"/>
        </w:rPr>
        <w:t xml:space="preserve"> </w:t>
      </w:r>
      <w:r>
        <w:t>paper.</w:t>
      </w:r>
      <w:r w:rsidR="00C41BAE" w:rsidRPr="00C41BAE">
        <w:rPr>
          <w:lang w:val="en-GB"/>
        </w:rPr>
        <w:t xml:space="preserve"> </w:t>
      </w:r>
    </w:p>
    <w:p w14:paraId="7863D8E6" w14:textId="77777777" w:rsidR="00C41BAE" w:rsidRDefault="00EB3D05" w:rsidP="00C41BAE">
      <w:pPr>
        <w:jc w:val="both"/>
        <w:rPr>
          <w:lang w:val="ru-RU"/>
        </w:rPr>
      </w:pPr>
      <w:r>
        <w:t>We are aware that the manuscript exceeds the journal’s recommended character limit. However, given the breadth and complexity of the topic, we believe that the extended length is necessary to ensure a thorough and well-substantiated analysis. In particular, the reference list alone comprises nearly 12,000 characters, reflecting the scope of sources required to adequately support the research.</w:t>
      </w:r>
    </w:p>
    <w:p w14:paraId="0F3BFE1F" w14:textId="77777777" w:rsidR="00C41BAE" w:rsidRPr="00C41BAE" w:rsidRDefault="00EB3D05" w:rsidP="00C41BAE">
      <w:pPr>
        <w:jc w:val="both"/>
        <w:rPr>
          <w:lang w:val="en-GB"/>
        </w:rPr>
      </w:pPr>
      <w:r>
        <w:t>We respectfully submit the manuscript for your consideration and hope that it will meet the journal’s academic standards and expectations.</w:t>
      </w:r>
    </w:p>
    <w:p w14:paraId="7352C098" w14:textId="51B45C0B" w:rsidR="0067247D" w:rsidRDefault="00EB3D05" w:rsidP="00C41BAE">
      <w:pPr>
        <w:jc w:val="both"/>
      </w:pPr>
      <w:r>
        <w:t>Thank you once again for your time and consideration.</w:t>
      </w:r>
    </w:p>
    <w:p w14:paraId="48B37A15" w14:textId="77777777" w:rsidR="0067247D" w:rsidRDefault="0067247D"/>
    <w:p w14:paraId="285F6301" w14:textId="77777777" w:rsidR="0067247D" w:rsidRDefault="00EB3D05">
      <w:r>
        <w:t>Yours sincerely,</w:t>
      </w:r>
    </w:p>
    <w:p w14:paraId="2A83BD81" w14:textId="025D802B" w:rsidR="006C0D38" w:rsidRPr="006C0D38" w:rsidRDefault="006C0D38" w:rsidP="006C0D38">
      <w:pPr>
        <w:rPr>
          <w:lang w:val="de-DE"/>
        </w:rPr>
      </w:pPr>
      <w:r w:rsidRPr="006C0D38">
        <w:rPr>
          <w:lang w:val="de-DE"/>
        </w:rPr>
        <w:t>Pavel Zelisko (</w:t>
      </w:r>
      <w:r w:rsidRPr="006C0D38">
        <w:rPr>
          <w:lang w:val="sr-Latn-RS"/>
        </w:rPr>
        <w:t>pavelzelisko@gmail.com</w:t>
      </w:r>
      <w:r>
        <w:rPr>
          <w:lang w:val="sr-Latn-RS"/>
        </w:rPr>
        <w:t>)</w:t>
      </w:r>
    </w:p>
    <w:p w14:paraId="3E3B0190" w14:textId="1DB37CB5" w:rsidR="006C0D38" w:rsidRPr="006C0D38" w:rsidRDefault="006C0D38" w:rsidP="006C0D38">
      <w:pPr>
        <w:rPr>
          <w:lang w:val="sr-Latn-RS"/>
        </w:rPr>
      </w:pPr>
      <w:r w:rsidRPr="006C0D38">
        <w:rPr>
          <w:lang w:val="sr-Latn-RS"/>
        </w:rPr>
        <w:t>Prof. Dr Đorđe Jovanović</w:t>
      </w:r>
      <w:r>
        <w:rPr>
          <w:lang w:val="sr-Latn-RS"/>
        </w:rPr>
        <w:t xml:space="preserve"> (</w:t>
      </w:r>
      <w:r w:rsidRPr="006C0D38">
        <w:rPr>
          <w:lang w:val="de-DE"/>
        </w:rPr>
        <w:t>jovdjor@gmail.com)</w:t>
      </w:r>
    </w:p>
    <w:p w14:paraId="5A330FBB" w14:textId="77777777" w:rsidR="006C0D38" w:rsidRDefault="006C0D38" w:rsidP="006C0D38">
      <w:pPr>
        <w:rPr>
          <w:lang w:val="sr-Latn-RS"/>
        </w:rPr>
      </w:pPr>
      <w:r w:rsidRPr="006C0D38">
        <w:rPr>
          <w:lang w:val="sr-Latn-RS"/>
        </w:rPr>
        <w:t>Union University – Nikola Tesla,</w:t>
      </w:r>
    </w:p>
    <w:p w14:paraId="18B40407" w14:textId="77777777" w:rsidR="006C0D38" w:rsidRDefault="006C0D38" w:rsidP="006C0D38">
      <w:pPr>
        <w:rPr>
          <w:lang w:val="sr-Latn-RS"/>
        </w:rPr>
      </w:pPr>
      <w:r w:rsidRPr="006C0D38">
        <w:rPr>
          <w:lang w:val="sr-Latn-RS"/>
        </w:rPr>
        <w:t>Faculty of Management,</w:t>
      </w:r>
    </w:p>
    <w:p w14:paraId="404A932B" w14:textId="40585B51" w:rsidR="006C0D38" w:rsidRPr="006C0D38" w:rsidRDefault="006C0D38" w:rsidP="006C0D38">
      <w:pPr>
        <w:rPr>
          <w:lang w:val="sr-Latn-RS"/>
        </w:rPr>
      </w:pPr>
      <w:r w:rsidRPr="006C0D38">
        <w:rPr>
          <w:lang w:val="sr-Latn-RS"/>
        </w:rPr>
        <w:t>Sremski Karlovci, Serbia</w:t>
      </w:r>
    </w:p>
    <w:p w14:paraId="54B5E682" w14:textId="2035F583" w:rsidR="0067247D" w:rsidRPr="006C0D38" w:rsidRDefault="0067247D" w:rsidP="006C0D38">
      <w:pPr>
        <w:rPr>
          <w:lang w:val="sr-Latn-RS"/>
        </w:rPr>
      </w:pPr>
    </w:p>
    <w:sectPr w:rsidR="0067247D" w:rsidRPr="006C0D3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C81A7" w14:textId="77777777" w:rsidR="00EB3D05" w:rsidRDefault="00EB3D05" w:rsidP="002968AD">
      <w:pPr>
        <w:spacing w:after="0" w:line="240" w:lineRule="auto"/>
      </w:pPr>
      <w:r>
        <w:separator/>
      </w:r>
    </w:p>
  </w:endnote>
  <w:endnote w:type="continuationSeparator" w:id="0">
    <w:p w14:paraId="72526CEF" w14:textId="77777777" w:rsidR="00EB3D05" w:rsidRDefault="00EB3D05" w:rsidP="00296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5CB51" w14:textId="77777777" w:rsidR="00EB3D05" w:rsidRDefault="00EB3D05" w:rsidP="002968AD">
      <w:pPr>
        <w:spacing w:after="0" w:line="240" w:lineRule="auto"/>
      </w:pPr>
      <w:r>
        <w:separator/>
      </w:r>
    </w:p>
  </w:footnote>
  <w:footnote w:type="continuationSeparator" w:id="0">
    <w:p w14:paraId="0D8FE8D1" w14:textId="77777777" w:rsidR="00EB3D05" w:rsidRDefault="00EB3D05" w:rsidP="002968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0221572">
    <w:abstractNumId w:val="8"/>
  </w:num>
  <w:num w:numId="2" w16cid:durableId="222525960">
    <w:abstractNumId w:val="6"/>
  </w:num>
  <w:num w:numId="3" w16cid:durableId="1113549066">
    <w:abstractNumId w:val="5"/>
  </w:num>
  <w:num w:numId="4" w16cid:durableId="135997424">
    <w:abstractNumId w:val="4"/>
  </w:num>
  <w:num w:numId="5" w16cid:durableId="1913351669">
    <w:abstractNumId w:val="7"/>
  </w:num>
  <w:num w:numId="6" w16cid:durableId="599339816">
    <w:abstractNumId w:val="3"/>
  </w:num>
  <w:num w:numId="7" w16cid:durableId="1300067044">
    <w:abstractNumId w:val="2"/>
  </w:num>
  <w:num w:numId="8" w16cid:durableId="1240360112">
    <w:abstractNumId w:val="1"/>
  </w:num>
  <w:num w:numId="9" w16cid:durableId="2097969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4A47"/>
    <w:rsid w:val="0015074B"/>
    <w:rsid w:val="0029639D"/>
    <w:rsid w:val="002968AD"/>
    <w:rsid w:val="00326F90"/>
    <w:rsid w:val="0067247D"/>
    <w:rsid w:val="006C0D38"/>
    <w:rsid w:val="009E4D4B"/>
    <w:rsid w:val="00A00DA0"/>
    <w:rsid w:val="00AA1D8D"/>
    <w:rsid w:val="00B47730"/>
    <w:rsid w:val="00C41BAE"/>
    <w:rsid w:val="00CB0664"/>
    <w:rsid w:val="00CC7663"/>
    <w:rsid w:val="00EB3D05"/>
    <w:rsid w:val="00F631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6EF7150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1179</Characters>
  <Application>Microsoft Office Word</Application>
  <DocSecurity>0</DocSecurity>
  <Lines>9</Lines>
  <Paragraphs>2</Paragraphs>
  <ScaleCrop>false</ScaleCrop>
  <Manager/>
  <Company/>
  <LinksUpToDate>false</LinksUpToDate>
  <CharactersWithSpaces>1363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2026-02-12T08:39:00Z</dcterms:created>
  <dcterms:modified xsi:type="dcterms:W3CDTF">2026-02-12T08:39:00Z</dcterms:modified>
  <cp:category/>
</cp:coreProperties>
</file>